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386"/>
      </w:tblGrid>
      <w:tr w:rsidR="00857C9C" w14:paraId="2D22CB0C" w14:textId="77777777">
        <w:trPr>
          <w:jc w:val="center"/>
        </w:trPr>
        <w:tc>
          <w:tcPr>
            <w:tcW w:w="5386" w:type="dxa"/>
            <w:tcBorders>
              <w:bottom w:val="single" w:sz="10" w:space="0" w:color="000000"/>
              <w:right w:val="single" w:sz="8" w:space="0" w:color="000000"/>
            </w:tcBorders>
            <w:vAlign w:val="center"/>
          </w:tcPr>
          <w:p w14:paraId="2C0B58FF" w14:textId="77777777" w:rsidR="00857C9C" w:rsidRPr="00460CE0" w:rsidRDefault="00000000" w:rsidP="00460CE0">
            <w:pPr>
              <w:jc w:val="center"/>
              <w:rPr>
                <w:sz w:val="28"/>
                <w:szCs w:val="28"/>
              </w:rPr>
            </w:pPr>
            <w:r w:rsidRPr="00460CE0">
              <w:rPr>
                <w:b/>
                <w:sz w:val="28"/>
                <w:szCs w:val="28"/>
              </w:rPr>
              <w:t>Uczniowski Klub Sportowy</w:t>
            </w:r>
            <w:r w:rsidRPr="00460CE0">
              <w:rPr>
                <w:b/>
                <w:sz w:val="28"/>
                <w:szCs w:val="28"/>
              </w:rPr>
              <w:br/>
              <w:t>„Kinder Volleyball”</w:t>
            </w:r>
            <w:r w:rsidRPr="00460CE0">
              <w:rPr>
                <w:b/>
                <w:sz w:val="28"/>
                <w:szCs w:val="28"/>
              </w:rPr>
              <w:br/>
            </w:r>
            <w:r w:rsidRPr="00460CE0">
              <w:rPr>
                <w:sz w:val="28"/>
                <w:szCs w:val="28"/>
              </w:rPr>
              <w:t>ul. Poznańska 8, 58-303 Wałbrzych</w:t>
            </w:r>
            <w:r w:rsidRPr="00460CE0">
              <w:rPr>
                <w:sz w:val="28"/>
                <w:szCs w:val="28"/>
              </w:rPr>
              <w:br/>
              <w:t>tel. 608 267 333</w:t>
            </w:r>
          </w:p>
        </w:tc>
        <w:tc>
          <w:tcPr>
            <w:tcW w:w="5386" w:type="dxa"/>
            <w:tcBorders>
              <w:bottom w:val="single" w:sz="10" w:space="0" w:color="000000"/>
            </w:tcBorders>
            <w:vAlign w:val="center"/>
          </w:tcPr>
          <w:p w14:paraId="4A62033B" w14:textId="77777777" w:rsidR="00857C9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8E869D" wp14:editId="753E525B">
                  <wp:extent cx="1653540" cy="1554895"/>
                  <wp:effectExtent l="0" t="0" r="381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533" cy="1560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D45251" w14:textId="77777777" w:rsidR="00857C9C" w:rsidRPr="00460CE0" w:rsidRDefault="00000000">
      <w:pPr>
        <w:spacing w:before="40"/>
        <w:jc w:val="center"/>
        <w:rPr>
          <w:sz w:val="22"/>
        </w:rPr>
      </w:pPr>
      <w:r w:rsidRPr="00460CE0">
        <w:rPr>
          <w:b/>
          <w:sz w:val="22"/>
        </w:rPr>
        <w:t>DEKLARACJA CZŁONKOWSKA</w:t>
      </w:r>
    </w:p>
    <w:p w14:paraId="2E66C7CA" w14:textId="77777777" w:rsidR="00857C9C" w:rsidRPr="00460CE0" w:rsidRDefault="00000000">
      <w:pPr>
        <w:spacing w:after="20"/>
        <w:jc w:val="center"/>
        <w:rPr>
          <w:sz w:val="22"/>
        </w:rPr>
      </w:pPr>
      <w:r w:rsidRPr="00460CE0">
        <w:rPr>
          <w:b/>
          <w:sz w:val="22"/>
        </w:rPr>
        <w:t>OSOBY MAŁOLETNIEJ</w:t>
      </w:r>
    </w:p>
    <w:p w14:paraId="380B6C78" w14:textId="77777777" w:rsidR="00857C9C" w:rsidRPr="00460CE0" w:rsidRDefault="00000000">
      <w:pPr>
        <w:spacing w:before="24" w:after="6"/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b/>
          <w:sz w:val="22"/>
        </w:rPr>
        <w:t>I. DANE OSOBY MAŁOLETNIEJ</w:t>
      </w:r>
    </w:p>
    <w:p w14:paraId="294D1A80" w14:textId="17E0CB64" w:rsidR="00857C9C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>Imię i nazwisko: ...................................................................................................................................................................................</w:t>
      </w:r>
    </w:p>
    <w:p w14:paraId="3E109E4A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tbl>
      <w:tblPr>
        <w:tblStyle w:val="Tabela-Siatka"/>
        <w:tblpPr w:leftFromText="141" w:rightFromText="141" w:vertAnchor="text" w:horzAnchor="page" w:tblpX="3889" w:tblpY="81"/>
        <w:tblW w:w="0" w:type="auto"/>
        <w:tblLook w:val="04A0" w:firstRow="1" w:lastRow="0" w:firstColumn="1" w:lastColumn="0" w:noHBand="0" w:noVBand="1"/>
      </w:tblPr>
      <w:tblGrid>
        <w:gridCol w:w="607"/>
        <w:gridCol w:w="607"/>
        <w:gridCol w:w="607"/>
        <w:gridCol w:w="607"/>
        <w:gridCol w:w="607"/>
        <w:gridCol w:w="607"/>
        <w:gridCol w:w="607"/>
        <w:gridCol w:w="607"/>
        <w:gridCol w:w="608"/>
        <w:gridCol w:w="608"/>
      </w:tblGrid>
      <w:tr w:rsidR="00460CE0" w:rsidRPr="00460CE0" w14:paraId="7824C334" w14:textId="77777777" w:rsidTr="00460CE0">
        <w:trPr>
          <w:trHeight w:val="506"/>
        </w:trPr>
        <w:tc>
          <w:tcPr>
            <w:tcW w:w="607" w:type="dxa"/>
          </w:tcPr>
          <w:p w14:paraId="61CA180A" w14:textId="77777777" w:rsidR="00460CE0" w:rsidRPr="00460CE0" w:rsidRDefault="00460CE0" w:rsidP="00460CE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7" w:type="dxa"/>
          </w:tcPr>
          <w:p w14:paraId="210922DB" w14:textId="77777777" w:rsidR="00460CE0" w:rsidRPr="00460CE0" w:rsidRDefault="00460CE0" w:rsidP="00460CE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7" w:type="dxa"/>
          </w:tcPr>
          <w:p w14:paraId="768B029F" w14:textId="20B649CA" w:rsidR="00460CE0" w:rsidRPr="00460CE0" w:rsidRDefault="00460CE0" w:rsidP="00460CE0">
            <w:pPr>
              <w:rPr>
                <w:rFonts w:ascii="Times New Roman" w:hAnsi="Times New Roman" w:cs="Times New Roman"/>
                <w:sz w:val="22"/>
              </w:rPr>
            </w:pPr>
            <w:r w:rsidRPr="00460CE0">
              <w:rPr>
                <w:rFonts w:ascii="Times New Roman" w:hAnsi="Times New Roman" w:cs="Times New Roman"/>
                <w:sz w:val="22"/>
              </w:rPr>
              <w:t xml:space="preserve">  --</w:t>
            </w:r>
          </w:p>
        </w:tc>
        <w:tc>
          <w:tcPr>
            <w:tcW w:w="607" w:type="dxa"/>
          </w:tcPr>
          <w:p w14:paraId="4DF09083" w14:textId="77777777" w:rsidR="00460CE0" w:rsidRPr="00460CE0" w:rsidRDefault="00460CE0" w:rsidP="00460CE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7" w:type="dxa"/>
          </w:tcPr>
          <w:p w14:paraId="20E4CA15" w14:textId="77777777" w:rsidR="00460CE0" w:rsidRPr="00460CE0" w:rsidRDefault="00460CE0" w:rsidP="00460CE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7" w:type="dxa"/>
          </w:tcPr>
          <w:p w14:paraId="04294EF7" w14:textId="0C398B59" w:rsidR="00460CE0" w:rsidRPr="00460CE0" w:rsidRDefault="00460CE0" w:rsidP="00460CE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60CE0">
              <w:rPr>
                <w:rFonts w:ascii="Times New Roman" w:hAnsi="Times New Roman" w:cs="Times New Roman"/>
                <w:sz w:val="22"/>
              </w:rPr>
              <w:t>--</w:t>
            </w:r>
          </w:p>
        </w:tc>
        <w:tc>
          <w:tcPr>
            <w:tcW w:w="607" w:type="dxa"/>
          </w:tcPr>
          <w:p w14:paraId="3FC70A36" w14:textId="77777777" w:rsidR="00460CE0" w:rsidRPr="00460CE0" w:rsidRDefault="00460CE0" w:rsidP="00460CE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7" w:type="dxa"/>
          </w:tcPr>
          <w:p w14:paraId="51DF8119" w14:textId="77777777" w:rsidR="00460CE0" w:rsidRPr="00460CE0" w:rsidRDefault="00460CE0" w:rsidP="00460CE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8" w:type="dxa"/>
          </w:tcPr>
          <w:p w14:paraId="066880DD" w14:textId="77777777" w:rsidR="00460CE0" w:rsidRPr="00460CE0" w:rsidRDefault="00460CE0" w:rsidP="00460CE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8" w:type="dxa"/>
          </w:tcPr>
          <w:p w14:paraId="72245D86" w14:textId="77777777" w:rsidR="00460CE0" w:rsidRPr="00460CE0" w:rsidRDefault="00460CE0" w:rsidP="00460CE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6C92F8F" w14:textId="057285E6" w:rsidR="00460CE0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 xml:space="preserve">Data </w:t>
      </w:r>
      <w:proofErr w:type="spellStart"/>
      <w:r w:rsidRPr="00460CE0">
        <w:rPr>
          <w:rFonts w:ascii="Times New Roman" w:hAnsi="Times New Roman" w:cs="Times New Roman"/>
          <w:sz w:val="22"/>
        </w:rPr>
        <w:t>urodzenia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(DD/MM/RRRR):</w:t>
      </w:r>
    </w:p>
    <w:p w14:paraId="5FC2C4AF" w14:textId="4B87E0D5" w:rsidR="00460CE0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 xml:space="preserve">    </w:t>
      </w:r>
    </w:p>
    <w:p w14:paraId="7C3C199E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0DFE715A" w14:textId="24A584CF" w:rsidR="00857C9C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 xml:space="preserve">Adres </w:t>
      </w:r>
      <w:proofErr w:type="spellStart"/>
      <w:r w:rsidRPr="00460CE0">
        <w:rPr>
          <w:rFonts w:ascii="Times New Roman" w:hAnsi="Times New Roman" w:cs="Times New Roman"/>
          <w:sz w:val="22"/>
        </w:rPr>
        <w:t>zamieszkania</w:t>
      </w:r>
      <w:proofErr w:type="spellEnd"/>
      <w:r w:rsidRPr="00460CE0">
        <w:rPr>
          <w:rFonts w:ascii="Times New Roman" w:hAnsi="Times New Roman" w:cs="Times New Roman"/>
          <w:sz w:val="22"/>
        </w:rPr>
        <w:t>: ........................................................................................</w:t>
      </w:r>
      <w:r w:rsidR="00460CE0" w:rsidRPr="00460CE0">
        <w:rPr>
          <w:rFonts w:ascii="Times New Roman" w:hAnsi="Times New Roman" w:cs="Times New Roman"/>
          <w:sz w:val="22"/>
        </w:rPr>
        <w:t>................................</w:t>
      </w:r>
    </w:p>
    <w:p w14:paraId="7628E963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754F3CCB" w14:textId="6F22C1A4" w:rsidR="00857C9C" w:rsidRPr="00460CE0" w:rsidRDefault="00000000">
      <w:pPr>
        <w:rPr>
          <w:rFonts w:ascii="Times New Roman" w:hAnsi="Times New Roman" w:cs="Times New Roman"/>
          <w:sz w:val="22"/>
        </w:rPr>
      </w:pPr>
      <w:proofErr w:type="spellStart"/>
      <w:r w:rsidRPr="00460CE0">
        <w:rPr>
          <w:rFonts w:ascii="Times New Roman" w:hAnsi="Times New Roman" w:cs="Times New Roman"/>
          <w:sz w:val="22"/>
        </w:rPr>
        <w:t>Telefon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/ e-mail*: ...........................................................................................</w:t>
      </w:r>
      <w:r w:rsidR="00460CE0" w:rsidRPr="00460CE0">
        <w:rPr>
          <w:rFonts w:ascii="Times New Roman" w:hAnsi="Times New Roman" w:cs="Times New Roman"/>
          <w:sz w:val="22"/>
        </w:rPr>
        <w:t>.................................</w:t>
      </w:r>
    </w:p>
    <w:p w14:paraId="077C6DAB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7BDC334D" w14:textId="04ACF02C" w:rsidR="00857C9C" w:rsidRPr="00460CE0" w:rsidRDefault="00857C9C">
      <w:pPr>
        <w:rPr>
          <w:rFonts w:ascii="Times New Roman" w:hAnsi="Times New Roman" w:cs="Times New Roman"/>
          <w:sz w:val="22"/>
        </w:rPr>
      </w:pPr>
    </w:p>
    <w:p w14:paraId="49A8FF0B" w14:textId="77777777" w:rsidR="00857C9C" w:rsidRPr="00460CE0" w:rsidRDefault="00000000">
      <w:pPr>
        <w:spacing w:before="24" w:after="6"/>
        <w:rPr>
          <w:rFonts w:ascii="Times New Roman" w:hAnsi="Times New Roman" w:cs="Times New Roman"/>
          <w:b/>
          <w:sz w:val="22"/>
        </w:rPr>
      </w:pPr>
      <w:r w:rsidRPr="00460CE0">
        <w:rPr>
          <w:rFonts w:ascii="Times New Roman" w:hAnsi="Times New Roman" w:cs="Times New Roman"/>
          <w:b/>
          <w:sz w:val="22"/>
        </w:rPr>
        <w:t>II. DANE RODZICA / OPIEKUNA PRAWNEGO</w:t>
      </w:r>
    </w:p>
    <w:p w14:paraId="64D5606D" w14:textId="77777777" w:rsidR="00460CE0" w:rsidRPr="00460CE0" w:rsidRDefault="00460CE0">
      <w:pPr>
        <w:spacing w:before="24" w:after="6"/>
        <w:rPr>
          <w:rFonts w:ascii="Times New Roman" w:hAnsi="Times New Roman" w:cs="Times New Roman"/>
          <w:sz w:val="22"/>
        </w:rPr>
      </w:pPr>
    </w:p>
    <w:p w14:paraId="36AE55E0" w14:textId="0D6E3CDA" w:rsidR="00460CE0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>Imię i nazwisko: .......................................................................................................</w:t>
      </w:r>
      <w:r w:rsidR="00460CE0" w:rsidRPr="00460CE0">
        <w:rPr>
          <w:rFonts w:ascii="Times New Roman" w:hAnsi="Times New Roman" w:cs="Times New Roman"/>
          <w:sz w:val="22"/>
        </w:rPr>
        <w:t>.....................</w:t>
      </w:r>
      <w:r w:rsidRPr="00460CE0">
        <w:rPr>
          <w:rFonts w:ascii="Times New Roman" w:hAnsi="Times New Roman" w:cs="Times New Roman"/>
          <w:sz w:val="22"/>
        </w:rPr>
        <w:t xml:space="preserve">   </w:t>
      </w:r>
    </w:p>
    <w:p w14:paraId="6EEB5AD6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734D1C63" w14:textId="49579133" w:rsidR="00857C9C" w:rsidRPr="00460CE0" w:rsidRDefault="00000000">
      <w:pPr>
        <w:rPr>
          <w:rFonts w:ascii="Times New Roman" w:hAnsi="Times New Roman" w:cs="Times New Roman"/>
          <w:sz w:val="22"/>
        </w:rPr>
      </w:pPr>
      <w:proofErr w:type="spellStart"/>
      <w:r w:rsidRPr="00460CE0">
        <w:rPr>
          <w:rFonts w:ascii="Times New Roman" w:hAnsi="Times New Roman" w:cs="Times New Roman"/>
          <w:sz w:val="22"/>
        </w:rPr>
        <w:t>Telefon</w:t>
      </w:r>
      <w:proofErr w:type="spellEnd"/>
      <w:r w:rsidRPr="00460CE0">
        <w:rPr>
          <w:rFonts w:ascii="Times New Roman" w:hAnsi="Times New Roman" w:cs="Times New Roman"/>
          <w:sz w:val="22"/>
        </w:rPr>
        <w:t>: ....................................................................................</w:t>
      </w:r>
      <w:r w:rsidR="00460CE0" w:rsidRPr="00460CE0">
        <w:rPr>
          <w:rFonts w:ascii="Times New Roman" w:hAnsi="Times New Roman" w:cs="Times New Roman"/>
          <w:sz w:val="22"/>
        </w:rPr>
        <w:t>......................................................</w:t>
      </w:r>
    </w:p>
    <w:p w14:paraId="29746B1C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70470889" w14:textId="2F48EADC" w:rsidR="00857C9C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>E-mail: ............................................................................................................................................</w:t>
      </w:r>
    </w:p>
    <w:p w14:paraId="6982CDBD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701F524C" w14:textId="77777777" w:rsidR="00857C9C" w:rsidRPr="00460CE0" w:rsidRDefault="00000000">
      <w:pPr>
        <w:spacing w:before="24" w:after="6"/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b/>
          <w:sz w:val="22"/>
        </w:rPr>
        <w:t>III. DEKLARACJA CZŁONKOSTWA</w:t>
      </w:r>
    </w:p>
    <w:p w14:paraId="7CA5286A" w14:textId="065AE993" w:rsidR="00857C9C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 xml:space="preserve">Proszę o przyjęcie wskazanej powyżej osoby małoletniej w poczet członków/uczestników Uczniowskiego Klubu Sportowego „Kinder Volleyball” w Wałbrzychu. Wyrażam zgodę na jej udział w zajęciach sportowych, treningach, zawodach, turniejach, meczach oraz </w:t>
      </w:r>
      <w:proofErr w:type="spellStart"/>
      <w:r w:rsidRPr="00460CE0">
        <w:rPr>
          <w:rFonts w:ascii="Times New Roman" w:hAnsi="Times New Roman" w:cs="Times New Roman"/>
          <w:sz w:val="22"/>
        </w:rPr>
        <w:t>innych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wydarzeniach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sportowych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 </w:t>
      </w:r>
      <w:proofErr w:type="spellStart"/>
      <w:r w:rsidRPr="00460CE0">
        <w:rPr>
          <w:rFonts w:ascii="Times New Roman" w:hAnsi="Times New Roman" w:cs="Times New Roman"/>
          <w:sz w:val="22"/>
        </w:rPr>
        <w:t>organizacyjnych</w:t>
      </w:r>
      <w:proofErr w:type="spellEnd"/>
      <w:r w:rsidR="00460CE0"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60CE0" w:rsidRPr="00460CE0">
        <w:rPr>
          <w:rFonts w:ascii="Times New Roman" w:hAnsi="Times New Roman" w:cs="Times New Roman"/>
          <w:sz w:val="22"/>
        </w:rPr>
        <w:t>i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związanych z </w:t>
      </w:r>
      <w:proofErr w:type="spellStart"/>
      <w:r w:rsidRPr="00460CE0">
        <w:rPr>
          <w:rFonts w:ascii="Times New Roman" w:hAnsi="Times New Roman" w:cs="Times New Roman"/>
          <w:sz w:val="22"/>
        </w:rPr>
        <w:t>działalnością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Klubu, w tym w rozgrywkach organizowanych lub prowadzonych przez właściwe związki i organizacje sportowe, w szczególności DZPS i PZPS</w:t>
      </w:r>
      <w:r w:rsidR="00460CE0"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60CE0" w:rsidRPr="00460CE0">
        <w:rPr>
          <w:rFonts w:ascii="Times New Roman" w:hAnsi="Times New Roman" w:cs="Times New Roman"/>
          <w:sz w:val="22"/>
        </w:rPr>
        <w:t>oraz</w:t>
      </w:r>
      <w:proofErr w:type="spellEnd"/>
      <w:r w:rsidR="00460CE0" w:rsidRPr="00460CE0">
        <w:rPr>
          <w:rFonts w:ascii="Times New Roman" w:hAnsi="Times New Roman" w:cs="Times New Roman"/>
          <w:sz w:val="22"/>
        </w:rPr>
        <w:t xml:space="preserve"> UKS Kinder Volleyball. </w:t>
      </w:r>
    </w:p>
    <w:p w14:paraId="670C5F9E" w14:textId="45729775" w:rsidR="00857C9C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 xml:space="preserve">Oświadczam, że zapoznałem/am się i akceptuję Statut </w:t>
      </w:r>
      <w:proofErr w:type="spellStart"/>
      <w:r w:rsidRPr="00460CE0">
        <w:rPr>
          <w:rFonts w:ascii="Times New Roman" w:hAnsi="Times New Roman" w:cs="Times New Roman"/>
          <w:sz w:val="22"/>
        </w:rPr>
        <w:t>Klubu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oraz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regulamin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obowiązując</w:t>
      </w:r>
      <w:r w:rsidR="00460CE0" w:rsidRPr="00460CE0">
        <w:rPr>
          <w:rFonts w:ascii="Times New Roman" w:hAnsi="Times New Roman" w:cs="Times New Roman"/>
          <w:sz w:val="22"/>
        </w:rPr>
        <w:t>y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w Klubie. Zobowiązuję się do ich przestrzegania oraz do zapoznania osoby małoletniej, w zakresie odpowiednim do jej wieku i stopnia dojrzałości, z zasadami obowiązującymi podczas zajęć i </w:t>
      </w:r>
      <w:proofErr w:type="spellStart"/>
      <w:r w:rsidRPr="00460CE0">
        <w:rPr>
          <w:rFonts w:ascii="Times New Roman" w:hAnsi="Times New Roman" w:cs="Times New Roman"/>
          <w:sz w:val="22"/>
        </w:rPr>
        <w:t>wydarzeń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organizowanych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przez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Klub.</w:t>
      </w:r>
    </w:p>
    <w:p w14:paraId="3F09A2D3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60BD2D01" w14:textId="77777777" w:rsidR="00857C9C" w:rsidRPr="00460CE0" w:rsidRDefault="00000000">
      <w:pPr>
        <w:spacing w:before="24" w:after="6"/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b/>
          <w:sz w:val="22"/>
        </w:rPr>
        <w:t>IV. BEZPIECZEŃSTWO I OCHRONA MAŁOLETNICH</w:t>
      </w:r>
    </w:p>
    <w:p w14:paraId="54745BD3" w14:textId="77777777" w:rsidR="00857C9C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 xml:space="preserve">Oświadczam, że zapoznałem/am się ze Standardami Ochrony Małoletnich obowiązującymi w Uczniowskim Klubie Sportowym „Kinder Volleyball”, w tym z zasadami bezpiecznych relacji oraz sposobami zgłaszania sytuacji mogących zagrażać bezpieczeństwu lub dobru osoby małoletniej. Przyjmuję do wiadomości, że osoba małoletnia ma prawo do poszanowania godności, prywatności i bezpieczeństwa oraz do ochrony przed wszelkimi formami przemocy, krzywdzenia, </w:t>
      </w:r>
      <w:proofErr w:type="spellStart"/>
      <w:r w:rsidRPr="00460CE0">
        <w:rPr>
          <w:rFonts w:ascii="Times New Roman" w:hAnsi="Times New Roman" w:cs="Times New Roman"/>
          <w:sz w:val="22"/>
        </w:rPr>
        <w:t>dyskryminacji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i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niewłaściwego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traktowania</w:t>
      </w:r>
      <w:proofErr w:type="spellEnd"/>
      <w:r w:rsidRPr="00460CE0">
        <w:rPr>
          <w:rFonts w:ascii="Times New Roman" w:hAnsi="Times New Roman" w:cs="Times New Roman"/>
          <w:sz w:val="22"/>
        </w:rPr>
        <w:t>.</w:t>
      </w:r>
    </w:p>
    <w:p w14:paraId="4E8792D9" w14:textId="77777777" w:rsidR="00460CE0" w:rsidRPr="00460CE0" w:rsidRDefault="00460CE0">
      <w:pPr>
        <w:rPr>
          <w:rFonts w:ascii="Times New Roman" w:hAnsi="Times New Roman" w:cs="Times New Roman"/>
          <w:sz w:val="22"/>
        </w:rPr>
      </w:pPr>
    </w:p>
    <w:p w14:paraId="0DB19868" w14:textId="7130799D" w:rsidR="00460CE0" w:rsidRPr="00460CE0" w:rsidRDefault="00000000">
      <w:pPr>
        <w:spacing w:before="24" w:after="6"/>
        <w:rPr>
          <w:rFonts w:ascii="Times New Roman" w:hAnsi="Times New Roman" w:cs="Times New Roman"/>
          <w:b/>
          <w:sz w:val="22"/>
        </w:rPr>
      </w:pPr>
      <w:r w:rsidRPr="00460CE0">
        <w:rPr>
          <w:rFonts w:ascii="Times New Roman" w:hAnsi="Times New Roman" w:cs="Times New Roman"/>
          <w:b/>
          <w:sz w:val="22"/>
        </w:rPr>
        <w:t>V. ZDROWIE I BEZPIECZNY UDZIAŁ W ZAJĘCIACH</w:t>
      </w:r>
    </w:p>
    <w:p w14:paraId="621C73D0" w14:textId="7893D889" w:rsidR="00460CE0" w:rsidRPr="00460CE0" w:rsidRDefault="00000000">
      <w:pPr>
        <w:rPr>
          <w:rFonts w:ascii="Times New Roman" w:hAnsi="Times New Roman" w:cs="Times New Roman"/>
          <w:sz w:val="22"/>
        </w:rPr>
      </w:pPr>
      <w:r w:rsidRPr="00460CE0">
        <w:rPr>
          <w:rFonts w:ascii="Times New Roman" w:hAnsi="Times New Roman" w:cs="Times New Roman"/>
          <w:sz w:val="22"/>
        </w:rPr>
        <w:t xml:space="preserve">Oświadczam, że według mojej wiedzy nie występują okoliczności uniemożliwiające bezpieczny udział osoby małoletniej w zajęciach sportowych Klubu. Zobowiązuję się do niezwłocznego przekazywania Klubowi informacji istotnych dla bezpieczeństwa osoby małoletniej oraz do zapewnienia wymaganych przepisami lub regulaminami sportowymi badań i dokumentów uprawniających do udziału we współzawodnictwie </w:t>
      </w:r>
      <w:proofErr w:type="spellStart"/>
      <w:r w:rsidRPr="00460CE0">
        <w:rPr>
          <w:rFonts w:ascii="Times New Roman" w:hAnsi="Times New Roman" w:cs="Times New Roman"/>
          <w:sz w:val="22"/>
        </w:rPr>
        <w:t>sportowym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60CE0">
        <w:rPr>
          <w:rFonts w:ascii="Times New Roman" w:hAnsi="Times New Roman" w:cs="Times New Roman"/>
          <w:sz w:val="22"/>
        </w:rPr>
        <w:t>jeżeli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są</w:t>
      </w:r>
      <w:proofErr w:type="spellEnd"/>
      <w:r w:rsidRPr="00460CE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60CE0">
        <w:rPr>
          <w:rFonts w:ascii="Times New Roman" w:hAnsi="Times New Roman" w:cs="Times New Roman"/>
          <w:sz w:val="22"/>
        </w:rPr>
        <w:t>wymagane</w:t>
      </w:r>
      <w:proofErr w:type="spellEnd"/>
      <w:r w:rsidRPr="00460CE0">
        <w:rPr>
          <w:rFonts w:ascii="Times New Roman" w:hAnsi="Times New Roman" w:cs="Times New Roman"/>
          <w:sz w:val="22"/>
        </w:rPr>
        <w:t>.</w:t>
      </w:r>
    </w:p>
    <w:p w14:paraId="0D9144C2" w14:textId="77777777" w:rsidR="00460CE0" w:rsidRDefault="00460CE0">
      <w:pPr>
        <w:spacing w:before="24" w:after="6"/>
        <w:rPr>
          <w:b/>
          <w:sz w:val="22"/>
        </w:rPr>
      </w:pPr>
    </w:p>
    <w:p w14:paraId="112C5191" w14:textId="75480766" w:rsidR="00460CE0" w:rsidRDefault="00460CE0">
      <w:pPr>
        <w:spacing w:before="24" w:after="6"/>
        <w:rPr>
          <w:b/>
          <w:sz w:val="22"/>
        </w:rPr>
      </w:pPr>
      <w:r>
        <w:rPr>
          <w:b/>
          <w:sz w:val="22"/>
        </w:rPr>
        <w:t>Miejscowość I data …………………………………………………..</w:t>
      </w:r>
    </w:p>
    <w:p w14:paraId="21E35C8D" w14:textId="77777777" w:rsidR="00460CE0" w:rsidRDefault="00460CE0">
      <w:pPr>
        <w:spacing w:before="24" w:after="6"/>
        <w:rPr>
          <w:b/>
          <w:sz w:val="22"/>
        </w:rPr>
      </w:pPr>
    </w:p>
    <w:p w14:paraId="19FF1AAC" w14:textId="3AD11620" w:rsidR="00460CE0" w:rsidRDefault="00460CE0">
      <w:pPr>
        <w:spacing w:before="24" w:after="6"/>
        <w:rPr>
          <w:b/>
          <w:sz w:val="22"/>
        </w:rPr>
      </w:pPr>
      <w:proofErr w:type="spellStart"/>
      <w:r>
        <w:rPr>
          <w:b/>
          <w:sz w:val="22"/>
        </w:rPr>
        <w:t>Podpis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rodzica</w:t>
      </w:r>
      <w:proofErr w:type="spellEnd"/>
      <w:r>
        <w:rPr>
          <w:b/>
          <w:sz w:val="22"/>
        </w:rPr>
        <w:t xml:space="preserve">/ </w:t>
      </w:r>
      <w:proofErr w:type="spellStart"/>
      <w:r>
        <w:rPr>
          <w:b/>
          <w:sz w:val="22"/>
        </w:rPr>
        <w:t>opiekuna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prawnego</w:t>
      </w:r>
      <w:proofErr w:type="spellEnd"/>
      <w:r>
        <w:rPr>
          <w:b/>
          <w:sz w:val="22"/>
        </w:rPr>
        <w:t xml:space="preserve"> ……………………………………………………………</w:t>
      </w:r>
    </w:p>
    <w:p w14:paraId="02517638" w14:textId="77777777" w:rsidR="00460CE0" w:rsidRDefault="00460CE0">
      <w:pPr>
        <w:spacing w:before="24" w:after="6"/>
        <w:rPr>
          <w:b/>
          <w:sz w:val="22"/>
        </w:rPr>
      </w:pPr>
    </w:p>
    <w:p w14:paraId="146195CE" w14:textId="63A2836F" w:rsidR="00460CE0" w:rsidRDefault="00460CE0">
      <w:pPr>
        <w:spacing w:before="24" w:after="6"/>
        <w:rPr>
          <w:b/>
          <w:sz w:val="22"/>
        </w:rPr>
      </w:pPr>
      <w:proofErr w:type="spellStart"/>
      <w:r>
        <w:rPr>
          <w:b/>
          <w:sz w:val="22"/>
        </w:rPr>
        <w:t>Podpis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osoby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małoletniej</w:t>
      </w:r>
      <w:proofErr w:type="spellEnd"/>
      <w:r w:rsidR="008402BA">
        <w:rPr>
          <w:b/>
          <w:sz w:val="22"/>
        </w:rPr>
        <w:t xml:space="preserve"> *</w:t>
      </w:r>
      <w:r>
        <w:rPr>
          <w:b/>
          <w:sz w:val="22"/>
        </w:rPr>
        <w:t xml:space="preserve"> ……………………………………</w:t>
      </w:r>
      <w:r w:rsidR="008402BA">
        <w:rPr>
          <w:b/>
          <w:sz w:val="22"/>
        </w:rPr>
        <w:t>………………………………….</w:t>
      </w:r>
    </w:p>
    <w:p w14:paraId="47F11EE3" w14:textId="77777777" w:rsidR="008402BA" w:rsidRDefault="008402BA">
      <w:pPr>
        <w:spacing w:before="24" w:after="6"/>
        <w:rPr>
          <w:b/>
          <w:sz w:val="22"/>
        </w:rPr>
      </w:pPr>
    </w:p>
    <w:p w14:paraId="50648333" w14:textId="77EA4FAE" w:rsidR="008402BA" w:rsidRPr="008402BA" w:rsidRDefault="008402BA">
      <w:pPr>
        <w:spacing w:before="24" w:after="6"/>
        <w:rPr>
          <w:b/>
          <w:sz w:val="16"/>
          <w:szCs w:val="16"/>
        </w:rPr>
      </w:pPr>
      <w:r w:rsidRPr="008402BA">
        <w:rPr>
          <w:b/>
          <w:sz w:val="16"/>
          <w:szCs w:val="16"/>
        </w:rPr>
        <w:t>*</w:t>
      </w:r>
      <w:proofErr w:type="spellStart"/>
      <w:r w:rsidRPr="008402BA">
        <w:rPr>
          <w:bCs/>
          <w:sz w:val="16"/>
          <w:szCs w:val="16"/>
        </w:rPr>
        <w:t>Podpis</w:t>
      </w:r>
      <w:proofErr w:type="spellEnd"/>
      <w:r w:rsidRPr="008402BA">
        <w:rPr>
          <w:bCs/>
          <w:sz w:val="16"/>
          <w:szCs w:val="16"/>
        </w:rPr>
        <w:t xml:space="preserve"> </w:t>
      </w:r>
      <w:proofErr w:type="spellStart"/>
      <w:r w:rsidRPr="008402BA">
        <w:rPr>
          <w:bCs/>
          <w:sz w:val="16"/>
          <w:szCs w:val="16"/>
        </w:rPr>
        <w:t>potwierdza</w:t>
      </w:r>
      <w:proofErr w:type="spellEnd"/>
      <w:r w:rsidRPr="008402BA">
        <w:rPr>
          <w:bCs/>
          <w:sz w:val="16"/>
          <w:szCs w:val="16"/>
        </w:rPr>
        <w:t xml:space="preserve"> </w:t>
      </w:r>
      <w:proofErr w:type="spellStart"/>
      <w:r w:rsidRPr="008402BA">
        <w:rPr>
          <w:bCs/>
          <w:sz w:val="16"/>
          <w:szCs w:val="16"/>
        </w:rPr>
        <w:t>zapoznanie</w:t>
      </w:r>
      <w:proofErr w:type="spellEnd"/>
      <w:r w:rsidRPr="008402BA">
        <w:rPr>
          <w:bCs/>
          <w:sz w:val="16"/>
          <w:szCs w:val="16"/>
        </w:rPr>
        <w:t xml:space="preserve"> </w:t>
      </w:r>
      <w:proofErr w:type="spellStart"/>
      <w:r w:rsidRPr="008402BA">
        <w:rPr>
          <w:bCs/>
          <w:sz w:val="16"/>
          <w:szCs w:val="16"/>
        </w:rPr>
        <w:t>sie</w:t>
      </w:r>
      <w:proofErr w:type="spellEnd"/>
      <w:r w:rsidRPr="008402BA">
        <w:rPr>
          <w:bCs/>
          <w:sz w:val="16"/>
          <w:szCs w:val="16"/>
        </w:rPr>
        <w:t xml:space="preserve"> – w </w:t>
      </w:r>
      <w:proofErr w:type="spellStart"/>
      <w:r w:rsidRPr="008402BA">
        <w:rPr>
          <w:bCs/>
          <w:sz w:val="16"/>
          <w:szCs w:val="16"/>
        </w:rPr>
        <w:t>zakresie</w:t>
      </w:r>
      <w:proofErr w:type="spellEnd"/>
      <w:r w:rsidRPr="008402BA">
        <w:rPr>
          <w:bCs/>
          <w:sz w:val="16"/>
          <w:szCs w:val="16"/>
        </w:rPr>
        <w:t xml:space="preserve"> </w:t>
      </w:r>
      <w:proofErr w:type="spellStart"/>
      <w:r w:rsidRPr="008402BA">
        <w:rPr>
          <w:bCs/>
          <w:sz w:val="16"/>
          <w:szCs w:val="16"/>
        </w:rPr>
        <w:t>odpowiednim</w:t>
      </w:r>
      <w:proofErr w:type="spellEnd"/>
      <w:r w:rsidRPr="008402BA">
        <w:rPr>
          <w:bCs/>
          <w:sz w:val="16"/>
          <w:szCs w:val="16"/>
        </w:rPr>
        <w:t xml:space="preserve"> do </w:t>
      </w:r>
      <w:proofErr w:type="spellStart"/>
      <w:r w:rsidRPr="008402BA">
        <w:rPr>
          <w:bCs/>
          <w:sz w:val="16"/>
          <w:szCs w:val="16"/>
        </w:rPr>
        <w:t>wieku</w:t>
      </w:r>
      <w:proofErr w:type="spellEnd"/>
      <w:r w:rsidRPr="008402BA">
        <w:rPr>
          <w:bCs/>
          <w:sz w:val="16"/>
          <w:szCs w:val="16"/>
        </w:rPr>
        <w:t xml:space="preserve"> I </w:t>
      </w:r>
      <w:proofErr w:type="spellStart"/>
      <w:r w:rsidRPr="008402BA">
        <w:rPr>
          <w:bCs/>
          <w:sz w:val="16"/>
          <w:szCs w:val="16"/>
        </w:rPr>
        <w:t>stopnia</w:t>
      </w:r>
      <w:proofErr w:type="spellEnd"/>
      <w:r w:rsidRPr="008402BA">
        <w:rPr>
          <w:bCs/>
          <w:sz w:val="16"/>
          <w:szCs w:val="16"/>
        </w:rPr>
        <w:t xml:space="preserve"> </w:t>
      </w:r>
      <w:proofErr w:type="spellStart"/>
      <w:r w:rsidRPr="008402BA">
        <w:rPr>
          <w:bCs/>
          <w:sz w:val="16"/>
          <w:szCs w:val="16"/>
        </w:rPr>
        <w:t>dojrzałości</w:t>
      </w:r>
      <w:proofErr w:type="spellEnd"/>
      <w:r w:rsidRPr="008402BA">
        <w:rPr>
          <w:bCs/>
          <w:sz w:val="16"/>
          <w:szCs w:val="16"/>
        </w:rPr>
        <w:t xml:space="preserve"> -z </w:t>
      </w:r>
      <w:proofErr w:type="spellStart"/>
      <w:r w:rsidRPr="008402BA">
        <w:rPr>
          <w:bCs/>
          <w:sz w:val="16"/>
          <w:szCs w:val="16"/>
        </w:rPr>
        <w:t>zasadami</w:t>
      </w:r>
      <w:proofErr w:type="spellEnd"/>
      <w:r w:rsidRPr="008402BA">
        <w:rPr>
          <w:bCs/>
          <w:sz w:val="16"/>
          <w:szCs w:val="16"/>
        </w:rPr>
        <w:t xml:space="preserve"> </w:t>
      </w:r>
      <w:proofErr w:type="spellStart"/>
      <w:r w:rsidRPr="008402BA">
        <w:rPr>
          <w:bCs/>
          <w:sz w:val="16"/>
          <w:szCs w:val="16"/>
        </w:rPr>
        <w:t>członkostwa</w:t>
      </w:r>
      <w:proofErr w:type="spellEnd"/>
      <w:r w:rsidRPr="008402BA">
        <w:rPr>
          <w:bCs/>
          <w:sz w:val="16"/>
          <w:szCs w:val="16"/>
        </w:rPr>
        <w:t xml:space="preserve"> I </w:t>
      </w:r>
      <w:proofErr w:type="spellStart"/>
      <w:r w:rsidRPr="008402BA">
        <w:rPr>
          <w:bCs/>
          <w:sz w:val="16"/>
          <w:szCs w:val="16"/>
        </w:rPr>
        <w:t>bezpieczeństwa</w:t>
      </w:r>
      <w:proofErr w:type="spellEnd"/>
      <w:r w:rsidRPr="008402BA">
        <w:rPr>
          <w:bCs/>
          <w:sz w:val="16"/>
          <w:szCs w:val="16"/>
        </w:rPr>
        <w:t xml:space="preserve"> </w:t>
      </w:r>
      <w:proofErr w:type="spellStart"/>
      <w:r w:rsidRPr="008402BA">
        <w:rPr>
          <w:bCs/>
          <w:sz w:val="16"/>
          <w:szCs w:val="16"/>
        </w:rPr>
        <w:t>obowiązującymi</w:t>
      </w:r>
      <w:proofErr w:type="spellEnd"/>
      <w:r w:rsidRPr="008402BA">
        <w:rPr>
          <w:bCs/>
          <w:sz w:val="16"/>
          <w:szCs w:val="16"/>
        </w:rPr>
        <w:t xml:space="preserve"> w Klubie.</w:t>
      </w:r>
    </w:p>
    <w:p w14:paraId="51FD735C" w14:textId="77777777" w:rsidR="00460CE0" w:rsidRDefault="00460CE0">
      <w:pPr>
        <w:spacing w:before="24" w:after="6"/>
        <w:rPr>
          <w:b/>
          <w:sz w:val="15"/>
        </w:rPr>
      </w:pPr>
    </w:p>
    <w:p w14:paraId="339455BC" w14:textId="77777777" w:rsidR="00460CE0" w:rsidRDefault="00460CE0">
      <w:pPr>
        <w:spacing w:before="24" w:after="6"/>
        <w:rPr>
          <w:b/>
          <w:sz w:val="15"/>
        </w:rPr>
      </w:pPr>
    </w:p>
    <w:p w14:paraId="7DBBCAE3" w14:textId="77777777" w:rsidR="00460CE0" w:rsidRDefault="00460CE0">
      <w:pPr>
        <w:spacing w:before="24" w:after="6"/>
        <w:rPr>
          <w:b/>
          <w:sz w:val="15"/>
        </w:rPr>
      </w:pPr>
    </w:p>
    <w:p w14:paraId="05A63FA2" w14:textId="77777777" w:rsidR="00460CE0" w:rsidRDefault="00460CE0">
      <w:pPr>
        <w:spacing w:before="24" w:after="6"/>
        <w:rPr>
          <w:b/>
          <w:sz w:val="15"/>
        </w:rPr>
      </w:pPr>
    </w:p>
    <w:p w14:paraId="2FD001F5" w14:textId="77777777" w:rsidR="00460CE0" w:rsidRDefault="00460CE0">
      <w:pPr>
        <w:spacing w:before="24" w:after="6"/>
        <w:rPr>
          <w:b/>
          <w:sz w:val="15"/>
        </w:rPr>
      </w:pPr>
    </w:p>
    <w:p w14:paraId="3176EAD3" w14:textId="77777777" w:rsidR="00460CE0" w:rsidRDefault="00460CE0">
      <w:pPr>
        <w:spacing w:before="24" w:after="6"/>
        <w:rPr>
          <w:b/>
          <w:sz w:val="15"/>
        </w:rPr>
      </w:pPr>
    </w:p>
    <w:p w14:paraId="47AD8E2F" w14:textId="77777777" w:rsidR="00460CE0" w:rsidRDefault="00460CE0">
      <w:pPr>
        <w:spacing w:before="24" w:after="6"/>
        <w:rPr>
          <w:b/>
          <w:sz w:val="15"/>
        </w:rPr>
      </w:pPr>
    </w:p>
    <w:p w14:paraId="707126A8" w14:textId="77777777" w:rsidR="00460CE0" w:rsidRDefault="00460CE0">
      <w:pPr>
        <w:spacing w:before="24" w:after="6"/>
        <w:rPr>
          <w:b/>
          <w:sz w:val="15"/>
        </w:rPr>
      </w:pPr>
    </w:p>
    <w:p w14:paraId="4B7921B8" w14:textId="77777777" w:rsidR="00460CE0" w:rsidRPr="008402BA" w:rsidRDefault="00460CE0">
      <w:pPr>
        <w:spacing w:before="24" w:after="6"/>
        <w:rPr>
          <w:b/>
          <w:sz w:val="24"/>
          <w:szCs w:val="24"/>
        </w:rPr>
      </w:pPr>
    </w:p>
    <w:p w14:paraId="4B6E90B6" w14:textId="3FE4E6DA" w:rsidR="00857C9C" w:rsidRPr="008402BA" w:rsidRDefault="00000000">
      <w:pPr>
        <w:spacing w:before="24" w:after="6"/>
        <w:rPr>
          <w:rFonts w:ascii="Times New Roman" w:hAnsi="Times New Roman" w:cs="Times New Roman"/>
          <w:b/>
          <w:sz w:val="24"/>
          <w:szCs w:val="24"/>
        </w:rPr>
      </w:pPr>
      <w:r w:rsidRPr="008402BA">
        <w:rPr>
          <w:rFonts w:ascii="Times New Roman" w:hAnsi="Times New Roman" w:cs="Times New Roman"/>
          <w:b/>
          <w:sz w:val="24"/>
          <w:szCs w:val="24"/>
        </w:rPr>
        <w:t>VI. INFORMACJA O PRZETWARZANIU DANYCH OSOBOWYCH</w:t>
      </w:r>
    </w:p>
    <w:p w14:paraId="7EEA388B" w14:textId="77777777" w:rsidR="008402BA" w:rsidRPr="008402BA" w:rsidRDefault="008402BA">
      <w:pPr>
        <w:spacing w:before="24" w:after="6"/>
        <w:rPr>
          <w:rFonts w:ascii="Times New Roman" w:hAnsi="Times New Roman" w:cs="Times New Roman"/>
          <w:sz w:val="24"/>
          <w:szCs w:val="24"/>
        </w:rPr>
      </w:pPr>
    </w:p>
    <w:p w14:paraId="6BB28010" w14:textId="77777777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>Administratorem danych osobowych jest Uczniowski Klub Sportowy „Kinder Volleyball”, ul. Poznańska 8, 58-303 Wałbrzych. Dane osoby małoletniej oraz rodzica/opiekuna prawnego będą przetwarzane w zakresie niezbędnym do prowadzenia członkostwa w Klubie, organizacji i prowadzenia zajęć sportowych, kontaktu w sprawach organizacyjnych, zapewnienia bezpieczeństwa oraz realizacji obowiązków związanych z działalnością Klubu.</w:t>
      </w:r>
    </w:p>
    <w:p w14:paraId="39E7DFDF" w14:textId="77777777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>W zakresie niezbędnym do udziału we współzawodnictwie sportowym dane mogą być przekazywane właściwym związkom i organizacjom sportowym, w szczególności Dolnośląskiemu Związkowi Piłki Siatkowej (DZPS) i Polskiemu Związkowi Piłki Siatkowej (PZPS), a także wprowadzane do właściwych systemów ewidencji i obsługi rozgrywek. Dane będą przechowywane przez okres członkostwa, a po jego zakończeniu przez okres wynikający z obowiązujących przepisów prawa oraz uzasadnionych obowiązków dokumentacyjnych i archiwizacyjnych Klubu.</w:t>
      </w:r>
    </w:p>
    <w:p w14:paraId="0F8443CF" w14:textId="761805EA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 xml:space="preserve">Osobie, której dane dotyczą, a w przypadku osoby małoletniej jej rodzicowi/opiekunowi prawnemu, przysługują - w zakresie określonym przepisami RODO - prawa dostępu do danych, ich sprostowania, usunięcia, ograniczenia przetwarzania, sprzeciwu wobec przetwarzania oraz prawo wniesienia skargi do Prezesa Urzędu Ochrony Danych Osobowych. Podanie danych niezbędnych do realizacji członkostwa i udziału w działalności Klubu jest konieczne do przyjęcia osoby małoletniej do Klubu i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związanych z </w:t>
      </w:r>
      <w:proofErr w:type="spellStart"/>
      <w:r w:rsidR="008402BA" w:rsidRPr="008402BA">
        <w:rPr>
          <w:rFonts w:ascii="Times New Roman" w:hAnsi="Times New Roman" w:cs="Times New Roman"/>
          <w:sz w:val="24"/>
          <w:szCs w:val="24"/>
        </w:rPr>
        <w:t>t</w:t>
      </w:r>
      <w:r w:rsidR="00DD4694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obowiązków.</w:t>
      </w:r>
    </w:p>
    <w:p w14:paraId="6A5BC17D" w14:textId="77777777" w:rsidR="008402BA" w:rsidRPr="008402BA" w:rsidRDefault="008402BA">
      <w:pPr>
        <w:rPr>
          <w:rFonts w:ascii="Times New Roman" w:hAnsi="Times New Roman" w:cs="Times New Roman"/>
          <w:sz w:val="24"/>
          <w:szCs w:val="24"/>
        </w:rPr>
      </w:pPr>
    </w:p>
    <w:p w14:paraId="53C6109B" w14:textId="7077EBF0" w:rsidR="008402BA" w:rsidRPr="008402BA" w:rsidRDefault="00000000">
      <w:pPr>
        <w:spacing w:before="24" w:after="6"/>
        <w:rPr>
          <w:rFonts w:ascii="Times New Roman" w:hAnsi="Times New Roman" w:cs="Times New Roman"/>
          <w:b/>
          <w:sz w:val="24"/>
          <w:szCs w:val="24"/>
        </w:rPr>
      </w:pPr>
      <w:r w:rsidRPr="008402BA">
        <w:rPr>
          <w:rFonts w:ascii="Times New Roman" w:hAnsi="Times New Roman" w:cs="Times New Roman"/>
          <w:b/>
          <w:sz w:val="24"/>
          <w:szCs w:val="24"/>
        </w:rPr>
        <w:t>VII. ZGODA NA UTRWALANIE I ROZPOWSZECHNIANIE WIZERUNKU</w:t>
      </w:r>
    </w:p>
    <w:p w14:paraId="64A52DE0" w14:textId="77777777" w:rsidR="008402BA" w:rsidRPr="008402BA" w:rsidRDefault="008402BA">
      <w:pPr>
        <w:spacing w:before="24" w:after="6"/>
        <w:rPr>
          <w:rFonts w:ascii="Times New Roman" w:hAnsi="Times New Roman" w:cs="Times New Roman"/>
          <w:b/>
          <w:sz w:val="24"/>
          <w:szCs w:val="24"/>
        </w:rPr>
      </w:pPr>
    </w:p>
    <w:p w14:paraId="488892F1" w14:textId="77777777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b/>
          <w:sz w:val="24"/>
          <w:szCs w:val="24"/>
        </w:rPr>
        <w:t>Zgoda jest dobrowolna. Brak jej udzielenia nie wpływa na członkostwo ani możliwość udziału w zajęciach sportowych Klubu.</w:t>
      </w:r>
    </w:p>
    <w:p w14:paraId="3A7A07E9" w14:textId="77777777" w:rsidR="00857C9C" w:rsidRPr="008402BA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BA">
        <w:rPr>
          <w:rFonts w:ascii="Segoe UI Symbol" w:hAnsi="Segoe UI Symbol" w:cs="Segoe UI Symbol"/>
          <w:b/>
          <w:sz w:val="24"/>
          <w:szCs w:val="24"/>
        </w:rPr>
        <w:t>☐</w:t>
      </w:r>
      <w:r w:rsidRPr="008402BA">
        <w:rPr>
          <w:rFonts w:ascii="Times New Roman" w:hAnsi="Times New Roman" w:cs="Times New Roman"/>
          <w:b/>
          <w:sz w:val="24"/>
          <w:szCs w:val="24"/>
        </w:rPr>
        <w:t xml:space="preserve"> WYRAŻAM ZGODĘ      </w:t>
      </w:r>
      <w:r w:rsidRPr="008402BA">
        <w:rPr>
          <w:rFonts w:ascii="Segoe UI Symbol" w:hAnsi="Segoe UI Symbol" w:cs="Segoe UI Symbol"/>
          <w:b/>
          <w:sz w:val="24"/>
          <w:szCs w:val="24"/>
        </w:rPr>
        <w:t>☐</w:t>
      </w:r>
      <w:r w:rsidRPr="008402BA">
        <w:rPr>
          <w:rFonts w:ascii="Times New Roman" w:hAnsi="Times New Roman" w:cs="Times New Roman"/>
          <w:b/>
          <w:sz w:val="24"/>
          <w:szCs w:val="24"/>
        </w:rPr>
        <w:t xml:space="preserve"> NIE WYRAŻAM ZGODY</w:t>
      </w:r>
    </w:p>
    <w:p w14:paraId="4FB17643" w14:textId="77777777" w:rsidR="008402BA" w:rsidRPr="008402BA" w:rsidRDefault="008402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8E3FBF" w14:textId="77777777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 xml:space="preserve">na nieodpłatne utrwalanie oraz rozpowszechnianie przez Uczniowski Klub Sportowy „Kinder Volleyball” wizerunku osoby małoletniej w postaci zdjęć oraz materiałów audiowizualnych wykonanych w związku z udziałem w treningach, zawodach, meczach, turniejach, obozach, wydarzeniach klubowych i innych działaniach związanych z działalnością Klubu. Wizerunek może być wykorzystywany w celu informowania o działalności Klubu, dokumentowania wydarzeń oraz promocji sportu i działalności statutowej Klubu, w szczególności na oficjalnej stronie internetowej Klubu, oficjalnych profilach Klubu w serwisach społecznościowych oraz w materiałach informacyjnych, promocyjnych i prasowych dotyczących działalności i wydarzeń Klubu. Zgoda obowiązuje przez okres członkostwa i może zostać wycofana w każdym czasie poprzez złożenie oświadczenia Klubowi; wycofanie zgody nie wpływa na zgodność z prawem wykorzystania wizerunku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dokonanego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przed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wycofaniem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>.</w:t>
      </w:r>
    </w:p>
    <w:p w14:paraId="773A8131" w14:textId="77777777" w:rsidR="008402BA" w:rsidRPr="008402BA" w:rsidRDefault="008402BA">
      <w:pPr>
        <w:rPr>
          <w:rFonts w:ascii="Times New Roman" w:hAnsi="Times New Roman" w:cs="Times New Roman"/>
          <w:sz w:val="24"/>
          <w:szCs w:val="24"/>
        </w:rPr>
      </w:pPr>
    </w:p>
    <w:p w14:paraId="03683C38" w14:textId="77777777" w:rsidR="008402BA" w:rsidRPr="008402BA" w:rsidRDefault="00000000">
      <w:pPr>
        <w:spacing w:before="20"/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 xml:space="preserve">Miejscowość i data: ..............................................................................   </w:t>
      </w:r>
    </w:p>
    <w:p w14:paraId="76EFF1A4" w14:textId="77777777" w:rsidR="008402BA" w:rsidRPr="008402BA" w:rsidRDefault="008402BA">
      <w:pPr>
        <w:spacing w:before="20"/>
        <w:rPr>
          <w:rFonts w:ascii="Times New Roman" w:hAnsi="Times New Roman" w:cs="Times New Roman"/>
          <w:sz w:val="24"/>
          <w:szCs w:val="24"/>
        </w:rPr>
      </w:pPr>
    </w:p>
    <w:p w14:paraId="4A3074E0" w14:textId="6E161ADC" w:rsidR="00857C9C" w:rsidRPr="008402BA" w:rsidRDefault="00000000">
      <w:pPr>
        <w:spacing w:before="20"/>
        <w:rPr>
          <w:rFonts w:ascii="Times New Roman" w:hAnsi="Times New Roman" w:cs="Times New Roman"/>
          <w:sz w:val="24"/>
          <w:szCs w:val="24"/>
        </w:rPr>
      </w:pPr>
      <w:proofErr w:type="spellStart"/>
      <w:r w:rsidRPr="008402BA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rodzica/opiekuna prawnego: ...........................................................</w:t>
      </w:r>
    </w:p>
    <w:p w14:paraId="70E5449D" w14:textId="77777777" w:rsidR="008402BA" w:rsidRPr="008402BA" w:rsidRDefault="008402BA">
      <w:pPr>
        <w:spacing w:before="20"/>
        <w:rPr>
          <w:rFonts w:ascii="Times New Roman" w:hAnsi="Times New Roman" w:cs="Times New Roman"/>
          <w:sz w:val="24"/>
          <w:szCs w:val="24"/>
        </w:rPr>
      </w:pPr>
    </w:p>
    <w:p w14:paraId="4000A432" w14:textId="77777777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>Podpis osoby małoletniej*: ........................................................................................................................................................................</w:t>
      </w:r>
    </w:p>
    <w:p w14:paraId="73A7DE70" w14:textId="77777777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 xml:space="preserve">* Podpis potwierdza zapoznanie się - w zakresie odpowiednim do wieku i stopnia dojrzałości - z zasadami członkostwa i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bezpieczeństwa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obowiązującymi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w Klubie.</w:t>
      </w:r>
    </w:p>
    <w:p w14:paraId="07397DDF" w14:textId="77777777" w:rsidR="008402BA" w:rsidRPr="008402BA" w:rsidRDefault="008402BA">
      <w:pPr>
        <w:rPr>
          <w:rFonts w:ascii="Times New Roman" w:hAnsi="Times New Roman" w:cs="Times New Roman"/>
          <w:sz w:val="24"/>
          <w:szCs w:val="24"/>
        </w:rPr>
      </w:pPr>
    </w:p>
    <w:p w14:paraId="0A0D6B72" w14:textId="77777777" w:rsidR="00857C9C" w:rsidRDefault="00000000">
      <w:pPr>
        <w:spacing w:before="24" w:after="6"/>
        <w:rPr>
          <w:rFonts w:ascii="Times New Roman" w:hAnsi="Times New Roman" w:cs="Times New Roman"/>
          <w:b/>
          <w:sz w:val="24"/>
          <w:szCs w:val="24"/>
        </w:rPr>
      </w:pPr>
      <w:r w:rsidRPr="008402BA">
        <w:rPr>
          <w:rFonts w:ascii="Times New Roman" w:hAnsi="Times New Roman" w:cs="Times New Roman"/>
          <w:b/>
          <w:sz w:val="24"/>
          <w:szCs w:val="24"/>
        </w:rPr>
        <w:t>VIII. DECYZJA ZARZĄDU KLUBU</w:t>
      </w:r>
    </w:p>
    <w:p w14:paraId="2BA69B3D" w14:textId="77777777" w:rsidR="008402BA" w:rsidRPr="008402BA" w:rsidRDefault="008402BA">
      <w:pPr>
        <w:spacing w:before="24" w:after="6"/>
        <w:rPr>
          <w:rFonts w:ascii="Times New Roman" w:hAnsi="Times New Roman" w:cs="Times New Roman"/>
          <w:sz w:val="24"/>
          <w:szCs w:val="24"/>
        </w:rPr>
      </w:pPr>
    </w:p>
    <w:p w14:paraId="3FDFB886" w14:textId="77777777" w:rsidR="00857C9C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 xml:space="preserve">Uchwałą Zarządu Klubu z dnia ........................................ przyjęto wskazaną w deklaracji osobę w poczet członków Uczniowskiego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Klubu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2BA">
        <w:rPr>
          <w:rFonts w:ascii="Times New Roman" w:hAnsi="Times New Roman" w:cs="Times New Roman"/>
          <w:sz w:val="24"/>
          <w:szCs w:val="24"/>
        </w:rPr>
        <w:t>Sportowego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„Kinder Volleyball”.</w:t>
      </w:r>
    </w:p>
    <w:p w14:paraId="1C510BFA" w14:textId="77777777" w:rsidR="008402BA" w:rsidRPr="008402BA" w:rsidRDefault="008402BA">
      <w:pPr>
        <w:rPr>
          <w:rFonts w:ascii="Times New Roman" w:hAnsi="Times New Roman" w:cs="Times New Roman"/>
          <w:sz w:val="24"/>
          <w:szCs w:val="24"/>
        </w:rPr>
      </w:pPr>
    </w:p>
    <w:p w14:paraId="31F56237" w14:textId="77777777" w:rsidR="008402BA" w:rsidRDefault="00000000">
      <w:pPr>
        <w:rPr>
          <w:rFonts w:ascii="Times New Roman" w:hAnsi="Times New Roman" w:cs="Times New Roman"/>
          <w:sz w:val="24"/>
          <w:szCs w:val="24"/>
        </w:rPr>
      </w:pPr>
      <w:r w:rsidRPr="008402BA">
        <w:rPr>
          <w:rFonts w:ascii="Times New Roman" w:hAnsi="Times New Roman" w:cs="Times New Roman"/>
          <w:sz w:val="24"/>
          <w:szCs w:val="24"/>
        </w:rPr>
        <w:t xml:space="preserve">Data: .............................................   </w:t>
      </w:r>
    </w:p>
    <w:p w14:paraId="34A2E678" w14:textId="77777777" w:rsidR="008402BA" w:rsidRPr="008402BA" w:rsidRDefault="008402BA">
      <w:pPr>
        <w:rPr>
          <w:rFonts w:ascii="Times New Roman" w:hAnsi="Times New Roman" w:cs="Times New Roman"/>
          <w:sz w:val="24"/>
          <w:szCs w:val="24"/>
        </w:rPr>
      </w:pPr>
    </w:p>
    <w:p w14:paraId="04B6CACB" w14:textId="2DC5B412" w:rsidR="00857C9C" w:rsidRPr="008402BA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402BA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Prezesa</w:t>
      </w:r>
      <w:r w:rsidR="008402BA" w:rsidRPr="00840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2BA" w:rsidRPr="008402BA">
        <w:rPr>
          <w:rFonts w:ascii="Times New Roman" w:hAnsi="Times New Roman" w:cs="Times New Roman"/>
          <w:sz w:val="24"/>
          <w:szCs w:val="24"/>
        </w:rPr>
        <w:t>Klubu</w:t>
      </w:r>
      <w:proofErr w:type="spellEnd"/>
      <w:r w:rsidRPr="008402BA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</w:t>
      </w:r>
    </w:p>
    <w:sectPr w:rsidR="00857C9C" w:rsidRPr="008402BA" w:rsidSect="00034616">
      <w:pgSz w:w="11906" w:h="16838"/>
      <w:pgMar w:top="397" w:right="567" w:bottom="39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6956864">
    <w:abstractNumId w:val="8"/>
  </w:num>
  <w:num w:numId="2" w16cid:durableId="1832789393">
    <w:abstractNumId w:val="6"/>
  </w:num>
  <w:num w:numId="3" w16cid:durableId="1086416727">
    <w:abstractNumId w:val="5"/>
  </w:num>
  <w:num w:numId="4" w16cid:durableId="1380589356">
    <w:abstractNumId w:val="4"/>
  </w:num>
  <w:num w:numId="5" w16cid:durableId="819232752">
    <w:abstractNumId w:val="7"/>
  </w:num>
  <w:num w:numId="6" w16cid:durableId="344863955">
    <w:abstractNumId w:val="3"/>
  </w:num>
  <w:num w:numId="7" w16cid:durableId="902251476">
    <w:abstractNumId w:val="2"/>
  </w:num>
  <w:num w:numId="8" w16cid:durableId="1242301569">
    <w:abstractNumId w:val="1"/>
  </w:num>
  <w:num w:numId="9" w16cid:durableId="194048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0CE0"/>
    <w:rsid w:val="008402BA"/>
    <w:rsid w:val="00857C9C"/>
    <w:rsid w:val="00AA1D8D"/>
    <w:rsid w:val="00B47730"/>
    <w:rsid w:val="00BB4723"/>
    <w:rsid w:val="00CB0405"/>
    <w:rsid w:val="00CB0664"/>
    <w:rsid w:val="00DD46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6865C"/>
  <w14:defaultImageDpi w14:val="300"/>
  <w15:docId w15:val="{0BB000D2-CA1F-4610-8279-1B2A713C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16" w:lineRule="auto"/>
    </w:pPr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991</Words>
  <Characters>5946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PIOTR WIERZBICKI</cp:lastModifiedBy>
  <cp:revision>2</cp:revision>
  <cp:lastPrinted>2026-08-26T07:58:00Z</cp:lastPrinted>
  <dcterms:created xsi:type="dcterms:W3CDTF">2026-08-26T08:14:00Z</dcterms:created>
  <dcterms:modified xsi:type="dcterms:W3CDTF">2026-08-26T08:14:00Z</dcterms:modified>
  <cp:category/>
</cp:coreProperties>
</file>